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לפני קנייה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כשרוצים לקנות משהו שלא 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-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היא צעד אחד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ש' היא 'משחררים'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עצירה לפני לקיחת הסוכרייה, נשימה עמוקה, דיבור עצמי כמו 'אני קונה מה שביקשו', והמשך לקניית הלחמנייה כמתוכנן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האות ע' ואת הפעולה 'עוצרים'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מסבירה שעצירה עוזרת לחשוב ולא להתחרט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חנות, קופה, או מקום עם ממתקים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הצעדים פיזית בכיתה - לעצור, לנשום, לדבר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מצב קנייה אמיתי עם כסף מדומה לתרגול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שהשיטה עוזרת גם במצבים אחרים חוץ מקניות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עש"ן ד"ק - עוצרים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לפעמים בחנות או ליד הקופה רואים דברים שרוצים לקנות מהר, בלי לחשוב. השיטה עש"ן ד"ק עוזרת לעצור ולחשוב לפני שקונים.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עוצרים  ·  משחררים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האות הראשונה בשיטה 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 -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 -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 -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באות נ'?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כסף היה לילד/ה בסיפור ליד הקופה?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 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עש"ן ד"ק זה שם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ש' אומרת 'שומעים מוזיקה'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הראשונה בשיטה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שעוצרים, __________ את הגוף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ליד הקופה יש סוכריות נוצצות. יש לכם 3 שקלים ואמא ביקשה לקנות לחמנייה. מה תעשו ואיך תשתמשו בעש"ן ד"ק?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האות הראשונה בעש"ן ד"ק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לעצור לפני שקונים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עש"ן ד"ק - עוצרים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