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עש"ן ד"ק - עוצרים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לפני קנייה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כשרוצים לקנות משהו שלא תכננו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 -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לחמנייה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לדבר בשקט לעצמנו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אות היא צעד אחד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ש' היא 'משחררים'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 כל הצעדים ממשיכים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עדיף לעצור ולחשוב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המקום שבו השיטה עוזרת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(דיבור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עצירה לפני לקיחת הסוכרייה, נשימה עמוקה, דיבור עצמי כמו 'אני קונה מה שביקשו', והמשך לקניית הלחמנייה כמתוכנן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שמתארת מצב וקושרת לפחות שני צעדים מהשיטה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האות ע' ואת הפעולה 'עוצרים'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מסבירה שעצירה עוזרת לחשוב ולא להתחרט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חנות, קופה, או מקום עם ממתקים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הצעדים פיזית בכיתה - לעצור, לנשום, לדבר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לדמות מצב קנייה אמיתי עם כסף מדומה לתרגול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שהשיטה עוזרת גם במצבים אחרים חוץ מקניות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עש"ן ד"ק - עוצרים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בחנות רואים משהו ורוצים לקנות אותו מיד. עש"ן ד"ק זה סדר של צעדים שעוזר לעצור ולחשוב לפני שקונים.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עוֹצְרִים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ממשיכים, נשארים רגע במקום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מְשַׁחְרְרִים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את הגוף, לא לוחצים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נוֹשְׁמִים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אוויר לאט, נושמים עמוק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דִּבּוּר עַצְמִי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לעצמנו בשקט, כמו 'אני יכול/ה'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קָדִימָה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הלאה אחרי שחשבנו 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צְרַכְנוּת נְבוֹנָה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בחוכמה, לחשוב לפני שקונים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מְתוּכְנֶנֶת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שחשבנו עליה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ראשונה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 -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 -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 -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 - דיבור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האות נ' אומרת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היה בכיס?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אמא רצתה שיקנו?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הפירוש של דיבור עצמי?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בשקט לעצמנו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עש"ן ד"ק זה שם של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ש' אומרת 'שומעים מוזיקה'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האחרון הוא 'קדימה'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לקחת סוכרייה מהר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לעשות את הצעדים גם ליד הקופה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הראשונה בשיטה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__________ את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כשנושמים, לוקחים אוויר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הצעדים ממשיכים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לחשוב לפני קנייה, מדברים לעצמנו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ליד הקופה יש סוכריות נוצצות. יש לכם 3 שקלים ואמא ביקשה לקנות לחמנייה. מה תעשו ואיך תשתמשו בעש"ן ד"ק?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שרציתם לקנות משהו מהר. מה הייתם יכולים לעשות אחרת עם עש"ן ד"ק?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האות הראשונה בעש"ן ד"ק ומה עושים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לפני 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למקום שבו אפשר להשתמש בשיטה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עש"ן ד"ק - עוצרים לפני שקונים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