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עש"ן ד"ק - עוצרים לפני שקונים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עצירה לפני קנייה מהירה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כשרוצים לקנות משהו שלא תכננו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 -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3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לחמנייה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לדבר בשקט לעצמנו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אות היא צעד אחד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האות ש' היא 'משחררים'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אחרי כל הצעדים ממשיכים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עדיף לעצור ולחשוב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המקום שבו השיטה עוזרת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(דיבור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עצירה לפני לקיחת הסוכרייה, נשימה עמוקה, דיבור עצמי כמו 'אני קונה מה שביקשו', והמשך לקניית הלחמנייה כמתוכנן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שמתארת מצב וקושרת לפחות שני צעדים מהשיטה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האות ע' ואת הפעולה 'עוצרים'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מסבירה שעצירה עוזרת לחשוב ולא להתחרט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חנות, קופה, או מקום עם ממתקים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חמשת הצעדים פיזית בכיתה - לעצור, לנשום, לדבר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לדמות מצב קנייה אמיתי עם כסף מדומה לתרגול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שהשיטה עוזרת גם במצבים אחרים חוץ מקניות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עש"ן ד"ק - עוצרים לפני שקונים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בחנות או ליד הקופה רואים דברים שרוצים לקנות מהר, בלי לחשוב. השיטה עש"ן ד"ק עוזרת לעצור ולחשוב לפני שקונים.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האות הראשונה בשיטה עש"ן ד"ק?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 -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 -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 -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 - דיבור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באות נ'?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צועקים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כסף היה לילד/ה בסיפור ליד הקופה?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אמא ביקשה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לחמנייה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'דיבור עצמי' בשיטה?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בשקט לעצמנו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עש"ן ד"ק זה שם של חמישה צעדים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ש' אומרת 'שומעים מוזיקה'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האחרון הוא 'קדימה'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לקחת סוכרייה מהר בלי 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לעשות את הצעדים גם ליד הקופה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הראשונה בשיטה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שעוצרים, __________ את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כשנושמים, לוקחים אוויר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הצעדים ממשיכים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לחשוב לפני קנייה, מדברים לעצמנו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אות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דיבור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משחררים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קדימה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ליד הקופה יש סוכריות נוצצות. יש לכם 3 שקלים ואמא ביקשה לקנות לחמנייה. מה תעשו ואיך תשתמשו בעש"ן ד"ק?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פעם שרציתם לקנות משהו מהר. מה הייתם יכולים לעשות אחרת עם עש"ן ד"ק?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האות הראשונה בעש"ן ד"ק ומה עושים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לעצור לפני שקונים משהו?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למקום שבו אפשר להשתמש בשיטה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עש"ן ד"ק - עוצרים לפני שקונים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